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נגישות ללוח הכסלו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צרכים שונים של אנשים ואת הדרכים להתאים עבורם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התאמות בלוח המודפס לבין התאמות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גופן גדול וניגודיות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כפתורי א+/א− ומצב ניגודיות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מעט טקסט וחלוקה לאזורים קבועים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כרטיסים נפתחים אחד אחד בלי תנועה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בטבלה בשורת שמיעה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המידע כתוב, אין תוכן קולי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שיש ניווט במקלדת עם דילוג לתוכן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ניגודיות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טקסט חלופי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צורך להתאמה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(כפתורי א+/א− ומצב ניגודיות)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(כרטיסים נפתחים אחד אחד בלי תנועה)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(הקראה לכל עמוד ולכל 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(כפתורים גדולים וניווט במקלדת)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חשוב שהתלמיד יסביר את הקושי ואת הדרך שבה ההתאמה עוזרת, בשפה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גופן גדול וניגודיות מול כפתורי הגדלה ומצב ניגודיות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המידע מופיע גם בכתב, לא רק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שלא יפריע או יקשה על אנשים עם רגישות חושית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הטבלה מהעמוד ולעבור עליה יחד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שאלה לדוגמה מוחשית מהכיתה, למשל תלמיד שצריך אותיות גדולות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בעל פה של התשובות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נגישות ללוח הכסלו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לוח הקיר של חודש כסליו והאתר שלו מותאמים לאנשים עם צרכים שונים - ראייה, קשב, קריאה, שמיעה ועוד. בדף הזה נתרגל להכיר את ההתאמות השונות.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להבה  ·  טקסט חלופי  ·  ניגודיות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ההתאמה בלוח המודפס עבור קושי בראייה?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גופן גדול וניגודיות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הקראה קולית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מילון בשש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ההתאמה באתר עבור קושי בראייה?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איורים גדולים לגזירה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כפתורי א+/א− ומצב ניגודיות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חלוקה לאזורים קבועים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עוזר לתלמידים עם קשיי קשב וריכוז בלוח המודפס?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הרבה טקסט בכל כרזה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מעט טקסט וחלוקה לאזורים קבועים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מילון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עוזר לתלמידים עם קשיי קשב וריכוז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תנועה אוטומטית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כרטיסים נפתחים אחד אחד בלי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צלילים חזקים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באתר, כל המידע הקולי מופיע גם בכתב, בשביל מי שלא שומע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המודפס יש תוכן קולי בלבד בלי 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יש אפשרות לדלג ישר לתוכן בלי לעבור על כל התפריט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באתר יש כפתורי א+/א− ומצב __________ כדי להגדיל את האותיות ולהבהיר את הצבעים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לכל תמונה באתר יש __________ שמסביר מה רואים בתמונה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לתלמידים עם חנ״מ יש באתר משבצות מיוחדות עם הקראה ושגרת __________ יומית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צורך להתאמה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הקראה לכל עמוד ולכל 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קשב וריכוז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כפתורי א+/א− ומצב ניגודיות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כפתורים גדולים וניווט במקלדת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מוטוריקה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כרטיסים נפתחים אחד אחד בלי תנועה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צורך אחד מהטבלה (למשל ראייה או קשב) וכתבו למה חשוב להתאים עבורו את הלוח והאתר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ההתאמה לראייה בלוח המודפס לבין ההתאמה לראייה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להתאמה שעוזרת למי שלא שומע 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מפת נגישות ללוח הכסלו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