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צרכים שונים של אנשים ואת הדרכים להתאים עבורם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התאמות בלוח המודפס לבין התאמות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גופן גדול וניגודיות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כפתורי א+/א− ומצב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מעט טקסט וחלוקה לאזורים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כרטיסים נפתחים אחד אחד בלי 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ניקוד במילים מרכזיות ואיור לצד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הקראה לכל עמוד וכרטיס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מילון חזותי בשפות שונות והקראה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כפתורים גדולים וניווט מלא במקלדת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בטבלה בשורת שמיעה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המידע כתוב, אין תוכן קולי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 - בלי צלילים ובלי הבהובים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שיש ניווט במקלדת עם דילוג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מילה אחת ואיור גדול, לא הרבה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טקסט חלופי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צורך להתאמה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(כפתורי א+/א− ומצב ניגודיות)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(כרטיסים נפתחים אחד אחד בלי 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(הקראה לכל עמוד ולכל 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(כפתורים גדולים וניווט במקלדת)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 המידע כתוב גם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(בלי צלילים ובלי הבהובים)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שהתלמיד יסביר את הקושי ואת הדרך שבה ההתאמה עוזרת, בשפה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שההצעה הגיונית ומתאימה לצורך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גופן גדול וניגודיות מול כפתורי הגדלה ומצב ניגודיות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המידע מופיע גם בכתב, לא רק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שלא יפריע או יקשה על אנשים עם רגישות 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הטבלה מהעמוד ולעבור עליה יחד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שאלה לדוגמה מוחשית מהכיתה, למשל תלמיד שצריך אותיות גדולות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של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מפת נגישות ללוח הכסלו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ללוח הכסלו ולאתר שלו יש התאמות לאנשים שונים. למשל: אותיות גדולות למי שקשה לו לראות. נלמד על ההתאמות.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שכולם יוכלו להשתמש ולהבין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חזק בין צבעים, כמו שחור על לבן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 או האתר קורא את הטקסט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ניווט במקלדת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בין כפתורים בלי עכבר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מוטוריקה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תנועה של הידיים והגוף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רגישות חושית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רגישות לצלילים, אור או תנועה חזקה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מתאימים את הלוח המודפס למי שקשה לו לראות?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גופן גדול וניגודיות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ניווט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האתר עוזר למי שקשה לו לראות?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איורים גדולים לגזירה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כפתורי א+/א− ומצב ניגודיות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למי שקשה לו להתרכז, בלוח המודפס?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טקסט בכל כרזה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טקסט וחלוקה לאזורים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למי שקשה לו להתרכז,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אוטומטית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כרטיסים נפתחים אחד אחד בלי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צלילים חזקים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הרבה חלונות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עוזר לקרוא טוב יותר, בלוח המודפס?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במילים מרכזיות ואיור לצד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ניגודיות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עוזר לקרוא טוב יותר,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הקראה לכל עמוד וכרטיס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עוזר לתלמיד שעולה חדש ולא יודע עברית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חזותי בשפות שונות והקראה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ניווט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שחור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עוזר למי שקשה לו להזיז ידיים,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כפתורים גדולים וניווט מלא במקלדת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בשש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עיצוב רגוע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באתר, כל המידע הקולי מופיע גם בכתב, בשביל מי שלא שומע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המודפס יש תוכן קולי בלבד בלי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לאנשים עם רגישות חושית מתאימים צלילים חזקים והבהובים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אפשרות לדלג ישר לתוכן בלי לעבור על כל התפריט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קובצי ה-PDF באתר כוללים סימניות לניווט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כרזות פשוט וברור מיועדות לחינוך המיוחד ומכילות הרבה מילים בכל כרזה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באתר יש כפתורי א+/א− ומצב __________ כדי להגדיל את האותיות ולהבהיר את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תמונה באתר יש __________ שמסביר מה רואים בתמונה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לתלמידים עם חנ״מ יש באתר משבצות מיוחדות עם הקראה ושגרת __________ 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באתר אפשר לנווט בעזרת ה__________ בלי צורך בעכבר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קובץ באתר מתויג בשם, בסוג וב__________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צורך להתאמה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כפתורים גדולים וניווט במקלדת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קשב וריכוז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בלי צלילים ובלי הבהובים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כרטיסים נפתחים אחד אחד בלי 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מוטוריקה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המידע כתוב גם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כפתורי א+/א− ומצב ניגודיות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רגישות חושית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הקראה לכל עמוד ולכל 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צורך אחד מהטבלה (למשל ראייה או קשב) וכתבו למה חשוב להתאים עבורו את הלוח והאתר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התאמה נוספת אחת, שלא מופיעה בטבלה, שיכולה לעזור לצורך מסוים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ההתאמה לראייה בלוח המודפס לבין ההתאמה לראייה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שעוזרת למי שלא שומע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שבאתר לא יהיו צלילים חזקים או הבהובים?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מפת נגישות ללוח הכסלו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