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מפת נגישות ללוח הכסלו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צרכים שונים של אנשים ואת הדרכים להתאים עבורם 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ההבדל בין התאמות בלוח המודפס לבין התאמות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גופן גדול וניגודיות גבוהה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כפתורי א+/א− ומצב ניגודיות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מעט טקסט וחלוקה לאזורים קבועים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כרטיסים נפתחים אחד אחד בלי תנועה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ניקוד במילים מרכזיות ואיור לצד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הקראה לכל עמוד וכרטיס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מילון חזותי בשפות שונות והקראה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א – כפתורים גדולים וניווט מלא במקלדת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בטבלה בשורת שמיעה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 המידע כתוב, אין תוכן קולי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להפך - בלי צלילים ובלי הבהובים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כתוב שיש ניווט במקלדת עם דילוג לתוכן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כתוב בעמוד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מילה אחת ואיור גדול, לא הרבה 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ניגודיות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טקסט חלופי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מקלדת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גודל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צורך להתאמה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(כפתורי א+/א− ומצב ניגודיות)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(כרטיסים נפתחים אחד אחד בלי תנועה)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(הקראה לכל עמוד ולכל כרטיס)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(כפתורים גדולים וניווט במקלדת)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(כל המידע כתוב גם במילים)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(בלי צלילים ובלי הבהובים)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חשוב שהתלמיד יסביר את הקושי ואת הדרך שבה ההתאמה עוזרת, בשפה ברורה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- יש לבדוק שההצעה הגיונית ומתאימה לצורך שנבחר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גופן גדול וניגודיות מול כפתורי הגדלה ומצב ניגודיות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המידע מופיע גם בכתב, לא רק בקול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שלא יפריע או יקשה על אנשים עם רגישות חושית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הטבלה מהעמוד ולעבור עליה יחד לפני פתרון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כל שאלה לדוגמה מוחשית מהכיתה, למשל תלמיד שצריך אותיות גדולות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לעודד שיתוף בעל פה של התשובות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מפת נגישות ללוח הכסלו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לוח הקיר של חודש כסליו והאתר שלו מותאמים לאנשים עם צרכים שונים - ראייה, קשב, קריאה, שמיעה ועוד. בדף הזה נתרגל להכיר את ההתאמות השונות.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ההתאמה בלוח המודפס עבור קושי בראייה?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גופן גדול וניגודיות גבוהה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הקראה קולית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מילון בשש שפות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ניווט במקלדת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ההתאמה באתר עבור קושי בראייה?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איורים גדולים לגזירה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כפתורי א+/א− ומצב ניגודיות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חלוקה לאזורים קבועים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ניקוד במילים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עוזר לתלמידים עם קשיי קשב וריכוז בלוח המודפס?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הרבה טקסט בכל כרזה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מעט טקסט וחלוקה לאזורים קבועים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מילון חזותי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כפתורים גדולים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עוזר לתלמידים עם קשיי קשב וריכוז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תנועה אוטומטית מהירה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כרטיסים נפתחים אחד אחד בלי תנועה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צלילים חזקים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הרבה חלונות בבת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עוזר לקריאה בלוח המודפס?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ניקוד במילים מרכזיות ואיור לצד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הקראה קולית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ניגודיות גבוהה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כפתורים גדולים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עוזר לקריאה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הקראה לכל עמוד וכרטיס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ניקוד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מילון בשש שפות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עיצוב שחור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מיועד לתלמידים עולים החדשים לשפה העברית?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כפתורים גדולים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מילון חזותי בשפות שונות והקראה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ניווט במקלדת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עיצוב שחור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עוזר לתלמידים עם קשיים מוטוריים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כפתורים גדולים וניווט מלא במקלדת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מילון בשש שפות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הקראה קולית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עיצוב רגוע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באתר, כל המידע הקולי מופיע גם בכתב, בשביל מי שלא שומע טוב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בלוח המודפס יש תוכן קולי בלבד בלי כתיבה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לאנשים עם רגישות חושית מתאימים צלילים חזקים והבהובים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באתר יש אפשרות לדלג ישר לתוכן בלי לעבור על כל התפריט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קובצי ה-PDF באתר כוללים סימניות לניווט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כרזות פשוט וברור מיועדות לחינוך המיוחד ומכילות הרבה מילים בכל כרזה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באתר יש כפתורי א+/א− ומצב __________ כדי להגדיל את האותיות ולהבהיר את הצבעים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לכל תמונה באתר יש __________ שמסביר מה רואים בתמונה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לתלמידים עם חנ״מ יש באתר משבצות מיוחדות עם הקראה ושגרת __________ יומית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באתר אפשר לנווט בעזרת ה__________ בלי צורך בעכבר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כל קובץ באתר מתויג בשם, בסוג וב__________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צורך להתאמה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ראייה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כרטיסים נפתחים אחד אחד בלי תנועה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קשב וריכוז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בלי צלילים ובלי הבהובים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קריאה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כפתורים גדולים וניווט במקלדת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מוטוריקה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כל המידע כתוב גם במילים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שמיעה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כפתורי א+/א− ומצב ניגודיות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רגישות חושית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הקראה לכל עמוד ולכל כרטיס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צורך אחד מהטבלה (למשל ראייה או קשב) וכתבו למה חשוב להתאים עבורו את הלוח והאתר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הציעו התאמה נוספת אחת, שלא מופיעה בטבלה, שיכולה לעזור לצורך מסוים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ההתאמה לראייה בלוח המודפס לבין ההתאמה לראייה באתר?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להתאמה שעוזרת למי שלא שומע טוב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שבאתר לא יהיו צלילים חזקים או הבהובים?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מפת נגישות ללוח הכסלו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